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EFAF6" w14:textId="77777777" w:rsidR="000277C1" w:rsidRDefault="00000000" w:rsidP="00934EA1">
      <w:pPr>
        <w:pStyle w:val="Ttulo1"/>
        <w:spacing w:before="0" w:line="240" w:lineRule="auto"/>
      </w:pPr>
      <w:r>
        <w:t>Relatório 01 - Ata 02-01-2025</w:t>
      </w:r>
    </w:p>
    <w:p w14:paraId="6DAE9305" w14:textId="77777777" w:rsidR="000277C1" w:rsidRDefault="00000000" w:rsidP="00934EA1">
      <w:pPr>
        <w:spacing w:line="240" w:lineRule="auto"/>
      </w:pPr>
      <w:r>
        <w:rPr>
          <w:sz w:val="24"/>
        </w:rPr>
        <w:t>RELATÓRIO Nº 01</w:t>
      </w:r>
    </w:p>
    <w:p w14:paraId="5D4B16FC" w14:textId="77777777" w:rsidR="000277C1" w:rsidRDefault="000277C1" w:rsidP="00934EA1">
      <w:pPr>
        <w:spacing w:line="240" w:lineRule="auto"/>
      </w:pPr>
    </w:p>
    <w:p w14:paraId="24BD983E" w14:textId="77777777" w:rsidR="000277C1" w:rsidRDefault="00000000" w:rsidP="00934EA1">
      <w:pPr>
        <w:spacing w:line="240" w:lineRule="auto"/>
      </w:pPr>
      <w:r>
        <w:rPr>
          <w:sz w:val="24"/>
        </w:rPr>
        <w:t>Ata: 02/01/2025</w:t>
      </w:r>
    </w:p>
    <w:p w14:paraId="18863C12" w14:textId="77777777" w:rsidR="000277C1" w:rsidRDefault="000277C1" w:rsidP="00934EA1">
      <w:pPr>
        <w:spacing w:line="240" w:lineRule="auto"/>
      </w:pPr>
    </w:p>
    <w:p w14:paraId="70BB4532" w14:textId="77777777" w:rsidR="000277C1" w:rsidRDefault="00000000" w:rsidP="00934EA1">
      <w:pPr>
        <w:spacing w:line="240" w:lineRule="auto"/>
      </w:pPr>
      <w:r>
        <w:rPr>
          <w:sz w:val="24"/>
        </w:rPr>
        <w:t>Objeto</w:t>
      </w:r>
    </w:p>
    <w:p w14:paraId="5B5A7404" w14:textId="77777777" w:rsidR="000277C1" w:rsidRDefault="00000000" w:rsidP="00934EA1">
      <w:pPr>
        <w:spacing w:line="240" w:lineRule="auto"/>
      </w:pPr>
      <w:r>
        <w:rPr>
          <w:sz w:val="24"/>
        </w:rPr>
        <w:t>Aprovação dos responsáveis pela movimentação financeira do Fundo Municipal de Assistência Social.</w:t>
      </w:r>
    </w:p>
    <w:p w14:paraId="3821AA2D" w14:textId="77777777" w:rsidR="000277C1" w:rsidRDefault="000277C1" w:rsidP="00934EA1">
      <w:pPr>
        <w:spacing w:line="240" w:lineRule="auto"/>
      </w:pPr>
    </w:p>
    <w:p w14:paraId="7E8A4953" w14:textId="77777777" w:rsidR="000277C1" w:rsidRDefault="00000000" w:rsidP="00934EA1">
      <w:pPr>
        <w:spacing w:line="240" w:lineRule="auto"/>
      </w:pPr>
      <w:proofErr w:type="spellStart"/>
      <w:r>
        <w:rPr>
          <w:sz w:val="24"/>
        </w:rPr>
        <w:t>Síntese</w:t>
      </w:r>
      <w:proofErr w:type="spellEnd"/>
    </w:p>
    <w:p w14:paraId="1A2BF236" w14:textId="77777777" w:rsidR="000277C1" w:rsidRDefault="00000000" w:rsidP="00934EA1">
      <w:pPr>
        <w:spacing w:line="240" w:lineRule="auto"/>
      </w:pPr>
      <w:r>
        <w:rPr>
          <w:sz w:val="24"/>
        </w:rPr>
        <w:t>O Conselho Municipal de Assistência Social reuniu-se para deliberar sobre a indicação dos responsáveis pela movimentação das contas do FMAS.</w:t>
      </w:r>
    </w:p>
    <w:p w14:paraId="22F7BB3D" w14:textId="77777777" w:rsidR="000277C1" w:rsidRDefault="000277C1" w:rsidP="00934EA1">
      <w:pPr>
        <w:spacing w:line="240" w:lineRule="auto"/>
      </w:pPr>
    </w:p>
    <w:p w14:paraId="14D6E0CA" w14:textId="77777777" w:rsidR="000277C1" w:rsidRDefault="00000000" w:rsidP="00934EA1">
      <w:pPr>
        <w:spacing w:line="240" w:lineRule="auto"/>
      </w:pPr>
      <w:proofErr w:type="spellStart"/>
      <w:r>
        <w:rPr>
          <w:sz w:val="24"/>
        </w:rPr>
        <w:t>Foram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aprovados</w:t>
      </w:r>
      <w:proofErr w:type="spellEnd"/>
      <w:r>
        <w:rPr>
          <w:sz w:val="24"/>
        </w:rPr>
        <w:t>:</w:t>
      </w:r>
    </w:p>
    <w:p w14:paraId="127A5FC1" w14:textId="77777777" w:rsidR="000277C1" w:rsidRDefault="00000000" w:rsidP="00934EA1">
      <w:pPr>
        <w:spacing w:line="240" w:lineRule="auto"/>
      </w:pPr>
      <w:r>
        <w:rPr>
          <w:sz w:val="24"/>
        </w:rPr>
        <w:t>• Maria Lucivânia Aragão Sukerman – Coordenadora do FMAS.</w:t>
      </w:r>
    </w:p>
    <w:p w14:paraId="7BB835B1" w14:textId="77777777" w:rsidR="000277C1" w:rsidRDefault="00000000" w:rsidP="00934EA1">
      <w:pPr>
        <w:spacing w:line="240" w:lineRule="auto"/>
      </w:pPr>
      <w:r>
        <w:rPr>
          <w:sz w:val="24"/>
        </w:rPr>
        <w:t>• Erberto Gomes dos Santos Júnior – Secretário Municipal de Assistência Social.</w:t>
      </w:r>
    </w:p>
    <w:p w14:paraId="64F0CB8C" w14:textId="77777777" w:rsidR="000277C1" w:rsidRDefault="000277C1" w:rsidP="00934EA1">
      <w:pPr>
        <w:spacing w:line="240" w:lineRule="auto"/>
      </w:pPr>
    </w:p>
    <w:p w14:paraId="04BDAAA1" w14:textId="77777777" w:rsidR="000277C1" w:rsidRDefault="00000000" w:rsidP="00934EA1">
      <w:pPr>
        <w:spacing w:line="240" w:lineRule="auto"/>
      </w:pPr>
      <w:proofErr w:type="spellStart"/>
      <w:r>
        <w:rPr>
          <w:sz w:val="24"/>
        </w:rPr>
        <w:t>Também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autorizada</w:t>
      </w:r>
      <w:proofErr w:type="spellEnd"/>
      <w:r>
        <w:rPr>
          <w:sz w:val="24"/>
        </w:rPr>
        <w:t xml:space="preserve"> a movimentação das contas bancárias do Fundo junto ao Banco do Brasil, BANESE e demais instituições financeiras.</w:t>
      </w:r>
    </w:p>
    <w:p w14:paraId="7B47A41F" w14:textId="77777777" w:rsidR="000277C1" w:rsidRDefault="000277C1" w:rsidP="00934EA1">
      <w:pPr>
        <w:spacing w:line="240" w:lineRule="auto"/>
      </w:pPr>
    </w:p>
    <w:p w14:paraId="06703DF7" w14:textId="77777777" w:rsidR="000277C1" w:rsidRDefault="00000000" w:rsidP="00934EA1">
      <w:pPr>
        <w:spacing w:line="240" w:lineRule="auto"/>
      </w:pPr>
      <w:proofErr w:type="spellStart"/>
      <w:r>
        <w:rPr>
          <w:sz w:val="24"/>
        </w:rPr>
        <w:t>Deliberação</w:t>
      </w:r>
      <w:proofErr w:type="spellEnd"/>
    </w:p>
    <w:p w14:paraId="1B05D438" w14:textId="77777777" w:rsidR="000277C1" w:rsidRDefault="00000000" w:rsidP="00934EA1">
      <w:pPr>
        <w:spacing w:line="240" w:lineRule="auto"/>
      </w:pPr>
      <w:r>
        <w:rPr>
          <w:sz w:val="24"/>
        </w:rPr>
        <w:t>Aprovação unânime dos responsáveis.</w:t>
      </w:r>
    </w:p>
    <w:p w14:paraId="49AB379E" w14:textId="77777777" w:rsidR="000277C1" w:rsidRDefault="000277C1" w:rsidP="00934EA1">
      <w:pPr>
        <w:spacing w:line="240" w:lineRule="auto"/>
      </w:pPr>
    </w:p>
    <w:p w14:paraId="488188FB" w14:textId="77777777" w:rsidR="000277C1" w:rsidRDefault="00000000" w:rsidP="00934EA1">
      <w:pPr>
        <w:spacing w:line="240" w:lineRule="auto"/>
      </w:pPr>
      <w:r>
        <w:rPr>
          <w:sz w:val="24"/>
        </w:rPr>
        <w:t>Resultado</w:t>
      </w:r>
    </w:p>
    <w:p w14:paraId="2C70E432" w14:textId="77777777" w:rsidR="000277C1" w:rsidRDefault="00000000" w:rsidP="00934EA1">
      <w:pPr>
        <w:spacing w:line="240" w:lineRule="auto"/>
      </w:pPr>
      <w:r>
        <w:rPr>
          <w:sz w:val="24"/>
        </w:rPr>
        <w:t>A movimentação financeira do FMAS foi autorizada sem ressalvas.</w:t>
      </w:r>
    </w:p>
    <w:p w14:paraId="01EF11EF" w14:textId="77777777" w:rsidR="000277C1" w:rsidRDefault="000277C1" w:rsidP="00934EA1">
      <w:pPr>
        <w:spacing w:line="240" w:lineRule="auto"/>
      </w:pPr>
    </w:p>
    <w:p w14:paraId="4B8FA10A" w14:textId="77777777" w:rsidR="000277C1" w:rsidRDefault="00000000" w:rsidP="00934EA1">
      <w:pPr>
        <w:spacing w:line="240" w:lineRule="auto"/>
      </w:pPr>
      <w:r>
        <w:rPr>
          <w:sz w:val="24"/>
        </w:rPr>
        <w:t>Observações</w:t>
      </w:r>
    </w:p>
    <w:p w14:paraId="6021E4B5" w14:textId="77777777" w:rsidR="000277C1" w:rsidRDefault="00000000" w:rsidP="00934EA1">
      <w:pPr>
        <w:spacing w:line="240" w:lineRule="auto"/>
      </w:pPr>
      <w:r>
        <w:rPr>
          <w:sz w:val="24"/>
        </w:rPr>
        <w:t>Recomenda-se que futuras atas indiquem resolução correspondente, fundamento legal e quórum da reunião.</w:t>
      </w:r>
    </w:p>
    <w:sectPr w:rsidR="000277C1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6691B" w14:textId="77777777" w:rsidR="00506F9C" w:rsidRDefault="00506F9C" w:rsidP="00934EA1">
      <w:pPr>
        <w:spacing w:after="0" w:line="240" w:lineRule="auto"/>
      </w:pPr>
      <w:r>
        <w:separator/>
      </w:r>
    </w:p>
  </w:endnote>
  <w:endnote w:type="continuationSeparator" w:id="0">
    <w:p w14:paraId="4390ED53" w14:textId="77777777" w:rsidR="00506F9C" w:rsidRDefault="00506F9C" w:rsidP="0093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8D882" w14:textId="77777777" w:rsidR="00934EA1" w:rsidRDefault="00934EA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04704" w14:textId="77777777" w:rsidR="00934EA1" w:rsidRDefault="00934EA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2A26D" w14:textId="77777777" w:rsidR="00934EA1" w:rsidRDefault="00934EA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463AA" w14:textId="77777777" w:rsidR="00506F9C" w:rsidRDefault="00506F9C" w:rsidP="00934EA1">
      <w:pPr>
        <w:spacing w:after="0" w:line="240" w:lineRule="auto"/>
      </w:pPr>
      <w:r>
        <w:separator/>
      </w:r>
    </w:p>
  </w:footnote>
  <w:footnote w:type="continuationSeparator" w:id="0">
    <w:p w14:paraId="2493D3F4" w14:textId="77777777" w:rsidR="00506F9C" w:rsidRDefault="00506F9C" w:rsidP="0093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F79CA" w14:textId="77777777" w:rsidR="00934EA1" w:rsidRDefault="00934EA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1C082" w14:textId="78EEDAE6" w:rsidR="00934EA1" w:rsidRPr="00934EA1" w:rsidRDefault="00934EA1" w:rsidP="00934EA1">
    <w:pPr>
      <w:pStyle w:val="Cabealho"/>
      <w:jc w:val="center"/>
      <w:rPr>
        <w:b/>
        <w:bCs/>
      </w:rPr>
    </w:pPr>
    <w:r w:rsidRPr="00934EA1">
      <w:rPr>
        <w:b/>
        <w:bCs/>
      </w:rPr>
      <w:t>CONSELHO MUNICIPAL DE ASSISTÊNCIA SOCIAL DE GRACCHO CARDOSO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C9417" w14:textId="77777777" w:rsidR="00934EA1" w:rsidRDefault="00934EA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8131428">
    <w:abstractNumId w:val="8"/>
  </w:num>
  <w:num w:numId="2" w16cid:durableId="1270233991">
    <w:abstractNumId w:val="6"/>
  </w:num>
  <w:num w:numId="3" w16cid:durableId="1247686139">
    <w:abstractNumId w:val="5"/>
  </w:num>
  <w:num w:numId="4" w16cid:durableId="584605535">
    <w:abstractNumId w:val="4"/>
  </w:num>
  <w:num w:numId="5" w16cid:durableId="1409576105">
    <w:abstractNumId w:val="7"/>
  </w:num>
  <w:num w:numId="6" w16cid:durableId="1699044162">
    <w:abstractNumId w:val="3"/>
  </w:num>
  <w:num w:numId="7" w16cid:durableId="2060473617">
    <w:abstractNumId w:val="2"/>
  </w:num>
  <w:num w:numId="8" w16cid:durableId="1119103935">
    <w:abstractNumId w:val="1"/>
  </w:num>
  <w:num w:numId="9" w16cid:durableId="1381906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77C1"/>
    <w:rsid w:val="00034616"/>
    <w:rsid w:val="0006063C"/>
    <w:rsid w:val="0015074B"/>
    <w:rsid w:val="00171CE0"/>
    <w:rsid w:val="0029639D"/>
    <w:rsid w:val="00326F90"/>
    <w:rsid w:val="00506F9C"/>
    <w:rsid w:val="00934EA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C31CD7"/>
  <w14:defaultImageDpi w14:val="300"/>
  <w15:docId w15:val="{098EC4BD-04C1-47CE-9F82-5AB9E3AE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Office</cp:lastModifiedBy>
  <cp:revision>3</cp:revision>
  <dcterms:created xsi:type="dcterms:W3CDTF">2013-12-23T23:15:00Z</dcterms:created>
  <dcterms:modified xsi:type="dcterms:W3CDTF">2026-07-04T00:39:00Z</dcterms:modified>
  <cp:category/>
</cp:coreProperties>
</file>