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2A0D7" w14:textId="77777777" w:rsidR="00E36C7F" w:rsidRDefault="00000000" w:rsidP="00D76F27">
      <w:pPr>
        <w:pStyle w:val="Ttulo1"/>
        <w:spacing w:before="0" w:line="240" w:lineRule="auto"/>
      </w:pPr>
      <w:r>
        <w:t>Relatório 04 - Ata 01-10-2025</w:t>
      </w:r>
    </w:p>
    <w:p w14:paraId="78D14A38" w14:textId="77777777" w:rsidR="00E36C7F" w:rsidRDefault="00000000" w:rsidP="00D76F27">
      <w:pPr>
        <w:spacing w:line="240" w:lineRule="auto"/>
      </w:pPr>
      <w:r>
        <w:rPr>
          <w:sz w:val="24"/>
        </w:rPr>
        <w:t>RELATÓRIO Nº 04</w:t>
      </w:r>
    </w:p>
    <w:p w14:paraId="101938C3" w14:textId="77777777" w:rsidR="00E36C7F" w:rsidRDefault="00E36C7F" w:rsidP="00D76F27">
      <w:pPr>
        <w:spacing w:line="240" w:lineRule="auto"/>
      </w:pPr>
    </w:p>
    <w:p w14:paraId="32A35267" w14:textId="77777777" w:rsidR="00E36C7F" w:rsidRDefault="00000000" w:rsidP="00D76F27">
      <w:pPr>
        <w:spacing w:line="240" w:lineRule="auto"/>
      </w:pPr>
      <w:r>
        <w:rPr>
          <w:sz w:val="24"/>
        </w:rPr>
        <w:t>Objeto</w:t>
      </w:r>
    </w:p>
    <w:p w14:paraId="3E9D10C9" w14:textId="77777777" w:rsidR="00E36C7F" w:rsidRDefault="00000000" w:rsidP="00D76F27">
      <w:pPr>
        <w:spacing w:line="240" w:lineRule="auto"/>
      </w:pPr>
      <w:r>
        <w:rPr>
          <w:sz w:val="24"/>
        </w:rPr>
        <w:t>Prestação de contas da gestão anterior e posse da nova Secretária Municipal.</w:t>
      </w:r>
    </w:p>
    <w:p w14:paraId="2A99C0EB" w14:textId="77777777" w:rsidR="00E36C7F" w:rsidRDefault="00E36C7F" w:rsidP="00D76F27">
      <w:pPr>
        <w:spacing w:line="240" w:lineRule="auto"/>
      </w:pPr>
    </w:p>
    <w:p w14:paraId="678ABF4D" w14:textId="77777777" w:rsidR="00E36C7F" w:rsidRDefault="00000000" w:rsidP="00D76F27">
      <w:pPr>
        <w:spacing w:line="240" w:lineRule="auto"/>
      </w:pPr>
      <w:r>
        <w:rPr>
          <w:sz w:val="24"/>
        </w:rPr>
        <w:t>Síntese</w:t>
      </w:r>
    </w:p>
    <w:p w14:paraId="50D9D532" w14:textId="77777777" w:rsidR="00E36C7F" w:rsidRDefault="00000000" w:rsidP="00D76F27">
      <w:pPr>
        <w:spacing w:line="240" w:lineRule="auto"/>
      </w:pPr>
      <w:r>
        <w:rPr>
          <w:sz w:val="24"/>
        </w:rPr>
        <w:t>Foi apresentada a prestação de contas do gestor anterior, formalizada a transição administrativa e aprovada a manutenção da Coordenadora do FMAS, passando a gestão para a nova Secretária Municipal.</w:t>
      </w:r>
    </w:p>
    <w:p w14:paraId="4FD4D267" w14:textId="77777777" w:rsidR="00E36C7F" w:rsidRDefault="00E36C7F" w:rsidP="00D76F27">
      <w:pPr>
        <w:spacing w:line="240" w:lineRule="auto"/>
      </w:pPr>
    </w:p>
    <w:p w14:paraId="3298A132" w14:textId="77777777" w:rsidR="00E36C7F" w:rsidRDefault="00000000" w:rsidP="00D76F27">
      <w:pPr>
        <w:spacing w:line="240" w:lineRule="auto"/>
      </w:pPr>
      <w:r>
        <w:rPr>
          <w:sz w:val="24"/>
        </w:rPr>
        <w:t>Deliberação</w:t>
      </w:r>
    </w:p>
    <w:p w14:paraId="246CC499" w14:textId="77777777" w:rsidR="00E36C7F" w:rsidRDefault="00000000" w:rsidP="00D76F27">
      <w:pPr>
        <w:spacing w:line="240" w:lineRule="auto"/>
      </w:pPr>
      <w:r>
        <w:rPr>
          <w:sz w:val="24"/>
        </w:rPr>
        <w:t>Prestação de contas e nova gestão aprovadas.</w:t>
      </w:r>
    </w:p>
    <w:p w14:paraId="7BBED55B" w14:textId="77777777" w:rsidR="00E36C7F" w:rsidRDefault="00E36C7F" w:rsidP="00D76F27">
      <w:pPr>
        <w:spacing w:line="240" w:lineRule="auto"/>
      </w:pPr>
    </w:p>
    <w:p w14:paraId="630BF19A" w14:textId="77777777" w:rsidR="00E36C7F" w:rsidRDefault="00000000" w:rsidP="00D76F27">
      <w:pPr>
        <w:spacing w:line="240" w:lineRule="auto"/>
      </w:pPr>
      <w:r>
        <w:rPr>
          <w:sz w:val="24"/>
        </w:rPr>
        <w:t>Resultado</w:t>
      </w:r>
    </w:p>
    <w:p w14:paraId="5C40905D" w14:textId="77777777" w:rsidR="00E36C7F" w:rsidRDefault="00000000" w:rsidP="00D76F27">
      <w:pPr>
        <w:spacing w:line="240" w:lineRule="auto"/>
      </w:pPr>
      <w:r>
        <w:rPr>
          <w:sz w:val="24"/>
        </w:rPr>
        <w:t>Transição administrativa formalizada.</w:t>
      </w:r>
    </w:p>
    <w:p w14:paraId="33EF1D72" w14:textId="77777777" w:rsidR="00E36C7F" w:rsidRDefault="00E36C7F" w:rsidP="00D76F27">
      <w:pPr>
        <w:spacing w:line="240" w:lineRule="auto"/>
      </w:pPr>
    </w:p>
    <w:p w14:paraId="77497A33" w14:textId="77777777" w:rsidR="00E36C7F" w:rsidRDefault="00000000" w:rsidP="00D76F27">
      <w:pPr>
        <w:spacing w:line="240" w:lineRule="auto"/>
      </w:pPr>
      <w:r>
        <w:rPr>
          <w:sz w:val="24"/>
        </w:rPr>
        <w:t>Observações</w:t>
      </w:r>
    </w:p>
    <w:p w14:paraId="58E1E3EC" w14:textId="77777777" w:rsidR="00E36C7F" w:rsidRDefault="00000000" w:rsidP="00D76F27">
      <w:pPr>
        <w:spacing w:line="240" w:lineRule="auto"/>
      </w:pPr>
      <w:r>
        <w:rPr>
          <w:sz w:val="24"/>
        </w:rPr>
        <w:t>Sugere-se anexação da portaria de nomeação e resolução do Conselho.</w:t>
      </w:r>
    </w:p>
    <w:sectPr w:rsidR="00E36C7F" w:rsidSect="000346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46A107" w14:textId="77777777" w:rsidR="00570F1E" w:rsidRDefault="00570F1E" w:rsidP="00D76F27">
      <w:pPr>
        <w:spacing w:after="0" w:line="240" w:lineRule="auto"/>
      </w:pPr>
      <w:r>
        <w:separator/>
      </w:r>
    </w:p>
  </w:endnote>
  <w:endnote w:type="continuationSeparator" w:id="0">
    <w:p w14:paraId="36AAFE27" w14:textId="77777777" w:rsidR="00570F1E" w:rsidRDefault="00570F1E" w:rsidP="00D76F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84412" w14:textId="77777777" w:rsidR="00D76F27" w:rsidRDefault="00D76F2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09AF7" w14:textId="77777777" w:rsidR="00D76F27" w:rsidRDefault="00D76F27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F58D9" w14:textId="77777777" w:rsidR="00D76F27" w:rsidRDefault="00D76F2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C865D0" w14:textId="77777777" w:rsidR="00570F1E" w:rsidRDefault="00570F1E" w:rsidP="00D76F27">
      <w:pPr>
        <w:spacing w:after="0" w:line="240" w:lineRule="auto"/>
      </w:pPr>
      <w:r>
        <w:separator/>
      </w:r>
    </w:p>
  </w:footnote>
  <w:footnote w:type="continuationSeparator" w:id="0">
    <w:p w14:paraId="41BACADC" w14:textId="77777777" w:rsidR="00570F1E" w:rsidRDefault="00570F1E" w:rsidP="00D76F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EB1CE" w14:textId="77777777" w:rsidR="00D76F27" w:rsidRDefault="00D76F2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1E15D" w14:textId="2AB408F7" w:rsidR="00D76F27" w:rsidRPr="00D76F27" w:rsidRDefault="00D76F27" w:rsidP="00D76F27">
    <w:pPr>
      <w:pStyle w:val="Cabealho"/>
      <w:jc w:val="center"/>
      <w:rPr>
        <w:b/>
        <w:bCs/>
      </w:rPr>
    </w:pPr>
    <w:r w:rsidRPr="00D76F27">
      <w:rPr>
        <w:b/>
        <w:bCs/>
      </w:rPr>
      <w:t>CONSELHO MUNICIPAL DE ASSISTÊNCIA SOCIAL DE GRACCHO CARDOSO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6A793" w14:textId="77777777" w:rsidR="00D76F27" w:rsidRDefault="00D76F2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60830475">
    <w:abstractNumId w:val="8"/>
  </w:num>
  <w:num w:numId="2" w16cid:durableId="1032262540">
    <w:abstractNumId w:val="6"/>
  </w:num>
  <w:num w:numId="3" w16cid:durableId="260378181">
    <w:abstractNumId w:val="5"/>
  </w:num>
  <w:num w:numId="4" w16cid:durableId="605356889">
    <w:abstractNumId w:val="4"/>
  </w:num>
  <w:num w:numId="5" w16cid:durableId="24984614">
    <w:abstractNumId w:val="7"/>
  </w:num>
  <w:num w:numId="6" w16cid:durableId="511333058">
    <w:abstractNumId w:val="3"/>
  </w:num>
  <w:num w:numId="7" w16cid:durableId="849372719">
    <w:abstractNumId w:val="2"/>
  </w:num>
  <w:num w:numId="8" w16cid:durableId="1095590609">
    <w:abstractNumId w:val="1"/>
  </w:num>
  <w:num w:numId="9" w16cid:durableId="20620550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70F1E"/>
    <w:rsid w:val="00AA1D8D"/>
    <w:rsid w:val="00B47730"/>
    <w:rsid w:val="00CB0664"/>
    <w:rsid w:val="00CE18A0"/>
    <w:rsid w:val="00D76F27"/>
    <w:rsid w:val="00E36C7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46907D"/>
  <w14:defaultImageDpi w14:val="300"/>
  <w15:docId w15:val="{E5F84EE3-50A7-49BB-A4FE-736E374E2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Office</cp:lastModifiedBy>
  <cp:revision>3</cp:revision>
  <dcterms:created xsi:type="dcterms:W3CDTF">2013-12-23T23:15:00Z</dcterms:created>
  <dcterms:modified xsi:type="dcterms:W3CDTF">2026-07-04T00:39:00Z</dcterms:modified>
  <cp:category/>
</cp:coreProperties>
</file>