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167B" w14:textId="77777777" w:rsidR="00C41949" w:rsidRDefault="00000000" w:rsidP="00DE2EE4">
      <w:pPr>
        <w:pStyle w:val="Ttulo1"/>
        <w:spacing w:before="0" w:line="240" w:lineRule="auto"/>
      </w:pPr>
      <w:r>
        <w:t>Relatório 07 - Ata 05-01-2026</w:t>
      </w:r>
    </w:p>
    <w:p w14:paraId="5F951CDC" w14:textId="77777777" w:rsidR="00C41949" w:rsidRDefault="00000000" w:rsidP="00DE2EE4">
      <w:pPr>
        <w:spacing w:line="240" w:lineRule="auto"/>
      </w:pPr>
      <w:r>
        <w:rPr>
          <w:sz w:val="24"/>
        </w:rPr>
        <w:t>RELATÓRIO Nº 07</w:t>
      </w:r>
    </w:p>
    <w:p w14:paraId="76811C41" w14:textId="77777777" w:rsidR="00C41949" w:rsidRDefault="00C41949" w:rsidP="00DE2EE4">
      <w:pPr>
        <w:spacing w:line="240" w:lineRule="auto"/>
      </w:pPr>
    </w:p>
    <w:p w14:paraId="5225DEE0" w14:textId="77777777" w:rsidR="00C41949" w:rsidRDefault="00000000" w:rsidP="00DE2EE4">
      <w:pPr>
        <w:spacing w:line="240" w:lineRule="auto"/>
      </w:pPr>
      <w:r>
        <w:rPr>
          <w:sz w:val="24"/>
        </w:rPr>
        <w:t>Objeto</w:t>
      </w:r>
    </w:p>
    <w:p w14:paraId="11E41B8F" w14:textId="77777777" w:rsidR="00C41949" w:rsidRDefault="00000000" w:rsidP="00DE2EE4">
      <w:pPr>
        <w:spacing w:line="240" w:lineRule="auto"/>
      </w:pPr>
      <w:r>
        <w:rPr>
          <w:sz w:val="24"/>
        </w:rPr>
        <w:t>Aprovação do Processo Seletivo Simplificado.</w:t>
      </w:r>
    </w:p>
    <w:p w14:paraId="7701EACD" w14:textId="77777777" w:rsidR="00C41949" w:rsidRDefault="00C41949" w:rsidP="00DE2EE4">
      <w:pPr>
        <w:spacing w:line="240" w:lineRule="auto"/>
      </w:pPr>
    </w:p>
    <w:p w14:paraId="1F99C0F9" w14:textId="77777777" w:rsidR="00C41949" w:rsidRDefault="00000000" w:rsidP="00DE2EE4">
      <w:pPr>
        <w:spacing w:line="240" w:lineRule="auto"/>
      </w:pPr>
      <w:r>
        <w:rPr>
          <w:sz w:val="24"/>
        </w:rPr>
        <w:t>Síntese</w:t>
      </w:r>
    </w:p>
    <w:p w14:paraId="688CC5BB" w14:textId="77777777" w:rsidR="00C41949" w:rsidRDefault="00000000" w:rsidP="00DE2EE4">
      <w:pPr>
        <w:spacing w:line="240" w:lineRule="auto"/>
      </w:pPr>
      <w:r>
        <w:rPr>
          <w:sz w:val="24"/>
        </w:rPr>
        <w:t>O Conselho analisou e aprovou o edital do Processo Seletivo Simplificado destinado à manutenção dos serviços essenciais da Assistência Social.</w:t>
      </w:r>
    </w:p>
    <w:p w14:paraId="7B8A7664" w14:textId="77777777" w:rsidR="00C41949" w:rsidRDefault="00C41949" w:rsidP="00DE2EE4">
      <w:pPr>
        <w:spacing w:line="240" w:lineRule="auto"/>
      </w:pPr>
    </w:p>
    <w:p w14:paraId="09ECC3E8" w14:textId="77777777" w:rsidR="00C41949" w:rsidRDefault="00000000" w:rsidP="00DE2EE4">
      <w:pPr>
        <w:spacing w:line="240" w:lineRule="auto"/>
      </w:pPr>
      <w:r>
        <w:rPr>
          <w:sz w:val="24"/>
        </w:rPr>
        <w:t>Deliberação</w:t>
      </w:r>
    </w:p>
    <w:p w14:paraId="5B244C35" w14:textId="77777777" w:rsidR="00C41949" w:rsidRDefault="00000000" w:rsidP="00DE2EE4">
      <w:pPr>
        <w:spacing w:line="240" w:lineRule="auto"/>
      </w:pPr>
      <w:r>
        <w:rPr>
          <w:sz w:val="24"/>
        </w:rPr>
        <w:t>Edital aprovado por unanimidade.</w:t>
      </w:r>
    </w:p>
    <w:p w14:paraId="1A8C7E8C" w14:textId="77777777" w:rsidR="00C41949" w:rsidRDefault="00C41949" w:rsidP="00DE2EE4">
      <w:pPr>
        <w:spacing w:line="240" w:lineRule="auto"/>
      </w:pPr>
    </w:p>
    <w:p w14:paraId="1ADF8CEA" w14:textId="77777777" w:rsidR="00C41949" w:rsidRDefault="00000000" w:rsidP="00DE2EE4">
      <w:pPr>
        <w:spacing w:line="240" w:lineRule="auto"/>
      </w:pPr>
      <w:r>
        <w:rPr>
          <w:sz w:val="24"/>
        </w:rPr>
        <w:t>Resultado</w:t>
      </w:r>
    </w:p>
    <w:p w14:paraId="0D2DAE80" w14:textId="77777777" w:rsidR="00C41949" w:rsidRDefault="00000000" w:rsidP="00DE2EE4">
      <w:pPr>
        <w:spacing w:line="240" w:lineRule="auto"/>
      </w:pPr>
      <w:r>
        <w:rPr>
          <w:sz w:val="24"/>
        </w:rPr>
        <w:t>Autorizada a realização do Processo Seletivo.</w:t>
      </w:r>
    </w:p>
    <w:p w14:paraId="2C8C0E89" w14:textId="77777777" w:rsidR="00C41949" w:rsidRDefault="00C41949" w:rsidP="00DE2EE4">
      <w:pPr>
        <w:spacing w:line="240" w:lineRule="auto"/>
      </w:pPr>
    </w:p>
    <w:p w14:paraId="141673CA" w14:textId="77777777" w:rsidR="00C41949" w:rsidRDefault="00000000" w:rsidP="00DE2EE4">
      <w:pPr>
        <w:spacing w:line="240" w:lineRule="auto"/>
      </w:pPr>
      <w:r>
        <w:rPr>
          <w:sz w:val="24"/>
        </w:rPr>
        <w:t>Observações</w:t>
      </w:r>
    </w:p>
    <w:p w14:paraId="3C64D3F1" w14:textId="77777777" w:rsidR="00C41949" w:rsidRDefault="00000000" w:rsidP="00DE2EE4">
      <w:pPr>
        <w:spacing w:line="240" w:lineRule="auto"/>
      </w:pPr>
      <w:r>
        <w:rPr>
          <w:sz w:val="24"/>
        </w:rPr>
        <w:t>Sugere-se anexar o edital completo e a justificativa técnica.</w:t>
      </w:r>
    </w:p>
    <w:sectPr w:rsidR="00C4194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3C31D" w14:textId="77777777" w:rsidR="006B1D18" w:rsidRDefault="006B1D18" w:rsidP="00DE2EE4">
      <w:pPr>
        <w:spacing w:after="0" w:line="240" w:lineRule="auto"/>
      </w:pPr>
      <w:r>
        <w:separator/>
      </w:r>
    </w:p>
  </w:endnote>
  <w:endnote w:type="continuationSeparator" w:id="0">
    <w:p w14:paraId="6C04745F" w14:textId="77777777" w:rsidR="006B1D18" w:rsidRDefault="006B1D18" w:rsidP="00DE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E2EE" w14:textId="77777777" w:rsidR="00DE2EE4" w:rsidRDefault="00DE2E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3CFD" w14:textId="77777777" w:rsidR="00DE2EE4" w:rsidRDefault="00DE2EE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8534" w14:textId="77777777" w:rsidR="00DE2EE4" w:rsidRDefault="00DE2E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45CF" w14:textId="77777777" w:rsidR="006B1D18" w:rsidRDefault="006B1D18" w:rsidP="00DE2EE4">
      <w:pPr>
        <w:spacing w:after="0" w:line="240" w:lineRule="auto"/>
      </w:pPr>
      <w:r>
        <w:separator/>
      </w:r>
    </w:p>
  </w:footnote>
  <w:footnote w:type="continuationSeparator" w:id="0">
    <w:p w14:paraId="2FD4126F" w14:textId="77777777" w:rsidR="006B1D18" w:rsidRDefault="006B1D18" w:rsidP="00DE2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F8D6" w14:textId="77777777" w:rsidR="00DE2EE4" w:rsidRDefault="00DE2E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F1FD5" w14:textId="7AE5D1EC" w:rsidR="00DE2EE4" w:rsidRPr="00DE2EE4" w:rsidRDefault="00DE2EE4" w:rsidP="00DE2EE4">
    <w:pPr>
      <w:pStyle w:val="Cabealho"/>
      <w:jc w:val="center"/>
      <w:rPr>
        <w:b/>
        <w:bCs/>
      </w:rPr>
    </w:pPr>
    <w:r w:rsidRPr="00DE2EE4">
      <w:rPr>
        <w:b/>
        <w:bCs/>
      </w:rPr>
      <w:t>CONSELHO MUNICIPAL DE ASSISTÊNCIA SOCIAL DE GRACCHO CARDOSO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CDE9" w14:textId="77777777" w:rsidR="00DE2EE4" w:rsidRDefault="00DE2E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1550275">
    <w:abstractNumId w:val="8"/>
  </w:num>
  <w:num w:numId="2" w16cid:durableId="1397167381">
    <w:abstractNumId w:val="6"/>
  </w:num>
  <w:num w:numId="3" w16cid:durableId="383603546">
    <w:abstractNumId w:val="5"/>
  </w:num>
  <w:num w:numId="4" w16cid:durableId="1529027723">
    <w:abstractNumId w:val="4"/>
  </w:num>
  <w:num w:numId="5" w16cid:durableId="1835952241">
    <w:abstractNumId w:val="7"/>
  </w:num>
  <w:num w:numId="6" w16cid:durableId="681977164">
    <w:abstractNumId w:val="3"/>
  </w:num>
  <w:num w:numId="7" w16cid:durableId="1259143905">
    <w:abstractNumId w:val="2"/>
  </w:num>
  <w:num w:numId="8" w16cid:durableId="1190339898">
    <w:abstractNumId w:val="1"/>
  </w:num>
  <w:num w:numId="9" w16cid:durableId="52429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47E"/>
    <w:rsid w:val="00326F90"/>
    <w:rsid w:val="006B1D18"/>
    <w:rsid w:val="00AA1D8D"/>
    <w:rsid w:val="00B47730"/>
    <w:rsid w:val="00C41949"/>
    <w:rsid w:val="00CB0664"/>
    <w:rsid w:val="00DE2E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80330"/>
  <w14:defaultImageDpi w14:val="300"/>
  <w15:docId w15:val="{E13DF3E3-41C6-451D-A78C-A620D12B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2026-07-04T00:40:00Z</dcterms:modified>
  <cp:category/>
</cp:coreProperties>
</file>