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EB56F" w14:textId="77777777" w:rsidR="006D208E" w:rsidRDefault="00000000" w:rsidP="0087198A">
      <w:pPr>
        <w:pStyle w:val="Ttulo1"/>
        <w:spacing w:before="0" w:line="240" w:lineRule="auto"/>
      </w:pPr>
      <w:r>
        <w:t>Relatório 08 - Ata 30-04-2026</w:t>
      </w:r>
    </w:p>
    <w:p w14:paraId="5F434F98" w14:textId="77777777" w:rsidR="006D208E" w:rsidRDefault="00000000" w:rsidP="0087198A">
      <w:pPr>
        <w:spacing w:line="240" w:lineRule="auto"/>
      </w:pPr>
      <w:r>
        <w:rPr>
          <w:sz w:val="24"/>
        </w:rPr>
        <w:t>RELATÓRIO Nº 08</w:t>
      </w:r>
    </w:p>
    <w:p w14:paraId="34516631" w14:textId="77777777" w:rsidR="006D208E" w:rsidRDefault="006D208E" w:rsidP="0087198A">
      <w:pPr>
        <w:spacing w:line="240" w:lineRule="auto"/>
      </w:pPr>
    </w:p>
    <w:p w14:paraId="31CA35D3" w14:textId="77777777" w:rsidR="006D208E" w:rsidRDefault="00000000" w:rsidP="0087198A">
      <w:pPr>
        <w:spacing w:line="240" w:lineRule="auto"/>
      </w:pPr>
      <w:r>
        <w:rPr>
          <w:sz w:val="24"/>
        </w:rPr>
        <w:t>Objeto</w:t>
      </w:r>
    </w:p>
    <w:p w14:paraId="357FB931" w14:textId="77777777" w:rsidR="006D208E" w:rsidRDefault="00000000" w:rsidP="0087198A">
      <w:pPr>
        <w:spacing w:line="240" w:lineRule="auto"/>
      </w:pPr>
      <w:r>
        <w:rPr>
          <w:sz w:val="24"/>
        </w:rPr>
        <w:t>Prestação de contas do Cofinanciamento Estadual – Exercício 2025.</w:t>
      </w:r>
    </w:p>
    <w:p w14:paraId="7FF068F6" w14:textId="77777777" w:rsidR="006D208E" w:rsidRDefault="006D208E" w:rsidP="0087198A">
      <w:pPr>
        <w:spacing w:line="240" w:lineRule="auto"/>
      </w:pPr>
    </w:p>
    <w:p w14:paraId="44F78F3E" w14:textId="77777777" w:rsidR="006D208E" w:rsidRDefault="00000000" w:rsidP="0087198A">
      <w:pPr>
        <w:spacing w:line="240" w:lineRule="auto"/>
      </w:pPr>
      <w:r>
        <w:rPr>
          <w:sz w:val="24"/>
        </w:rPr>
        <w:t>Síntese</w:t>
      </w:r>
    </w:p>
    <w:p w14:paraId="683F0A53" w14:textId="77777777" w:rsidR="006D208E" w:rsidRDefault="00000000" w:rsidP="0087198A">
      <w:pPr>
        <w:spacing w:line="240" w:lineRule="auto"/>
      </w:pPr>
      <w:r>
        <w:rPr>
          <w:sz w:val="24"/>
        </w:rPr>
        <w:t>Foram analisados os recursos referentes ao PSB, PSE, IGD Gestão e Benefícios Eventuais, sendo apresentados os respectivos relatórios financeiros.</w:t>
      </w:r>
    </w:p>
    <w:p w14:paraId="557BF2F5" w14:textId="77777777" w:rsidR="006D208E" w:rsidRDefault="006D208E" w:rsidP="0087198A">
      <w:pPr>
        <w:spacing w:line="240" w:lineRule="auto"/>
      </w:pPr>
    </w:p>
    <w:p w14:paraId="0F2494EC" w14:textId="77777777" w:rsidR="006D208E" w:rsidRDefault="00000000" w:rsidP="0087198A">
      <w:pPr>
        <w:spacing w:line="240" w:lineRule="auto"/>
      </w:pPr>
      <w:r>
        <w:rPr>
          <w:sz w:val="24"/>
        </w:rPr>
        <w:t>Deliberação</w:t>
      </w:r>
    </w:p>
    <w:p w14:paraId="0971D524" w14:textId="77777777" w:rsidR="006D208E" w:rsidRDefault="00000000" w:rsidP="0087198A">
      <w:pPr>
        <w:spacing w:line="240" w:lineRule="auto"/>
      </w:pPr>
      <w:r>
        <w:rPr>
          <w:sz w:val="24"/>
        </w:rPr>
        <w:t>Prestação de contas aprovada.</w:t>
      </w:r>
    </w:p>
    <w:p w14:paraId="6F0A6A6A" w14:textId="77777777" w:rsidR="006D208E" w:rsidRDefault="006D208E" w:rsidP="0087198A">
      <w:pPr>
        <w:spacing w:line="240" w:lineRule="auto"/>
      </w:pPr>
    </w:p>
    <w:p w14:paraId="7DA16861" w14:textId="77777777" w:rsidR="006D208E" w:rsidRDefault="00000000" w:rsidP="0087198A">
      <w:pPr>
        <w:spacing w:line="240" w:lineRule="auto"/>
      </w:pPr>
      <w:r>
        <w:rPr>
          <w:sz w:val="24"/>
        </w:rPr>
        <w:t>Resultado</w:t>
      </w:r>
    </w:p>
    <w:p w14:paraId="342E4574" w14:textId="77777777" w:rsidR="006D208E" w:rsidRDefault="00000000" w:rsidP="0087198A">
      <w:pPr>
        <w:spacing w:line="240" w:lineRule="auto"/>
      </w:pPr>
      <w:r>
        <w:rPr>
          <w:sz w:val="24"/>
        </w:rPr>
        <w:t>Contas aprovadas sem ressalvas.</w:t>
      </w:r>
    </w:p>
    <w:p w14:paraId="6E2B427D" w14:textId="77777777" w:rsidR="006D208E" w:rsidRDefault="006D208E" w:rsidP="0087198A">
      <w:pPr>
        <w:spacing w:line="240" w:lineRule="auto"/>
      </w:pPr>
    </w:p>
    <w:p w14:paraId="0CA29CF7" w14:textId="77777777" w:rsidR="006D208E" w:rsidRDefault="00000000" w:rsidP="0087198A">
      <w:pPr>
        <w:spacing w:line="240" w:lineRule="auto"/>
      </w:pPr>
      <w:r>
        <w:rPr>
          <w:sz w:val="24"/>
        </w:rPr>
        <w:t>Observações</w:t>
      </w:r>
    </w:p>
    <w:p w14:paraId="556C6467" w14:textId="77777777" w:rsidR="006D208E" w:rsidRDefault="00000000" w:rsidP="0087198A">
      <w:pPr>
        <w:spacing w:line="240" w:lineRule="auto"/>
      </w:pPr>
      <w:r>
        <w:rPr>
          <w:sz w:val="24"/>
        </w:rPr>
        <w:t>Recomenda-se anexação dos demonstrativos financeiros que subsidiaram a deliberação.</w:t>
      </w:r>
    </w:p>
    <w:sectPr w:rsidR="006D208E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94994" w14:textId="77777777" w:rsidR="00760F12" w:rsidRDefault="00760F12" w:rsidP="0087198A">
      <w:pPr>
        <w:spacing w:after="0" w:line="240" w:lineRule="auto"/>
      </w:pPr>
      <w:r>
        <w:separator/>
      </w:r>
    </w:p>
  </w:endnote>
  <w:endnote w:type="continuationSeparator" w:id="0">
    <w:p w14:paraId="39D8D97F" w14:textId="77777777" w:rsidR="00760F12" w:rsidRDefault="00760F12" w:rsidP="00871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242DC" w14:textId="77777777" w:rsidR="0087198A" w:rsidRDefault="0087198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F7158" w14:textId="77777777" w:rsidR="0087198A" w:rsidRDefault="0087198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C4D59" w14:textId="77777777" w:rsidR="0087198A" w:rsidRDefault="0087198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EA2A9" w14:textId="77777777" w:rsidR="00760F12" w:rsidRDefault="00760F12" w:rsidP="0087198A">
      <w:pPr>
        <w:spacing w:after="0" w:line="240" w:lineRule="auto"/>
      </w:pPr>
      <w:r>
        <w:separator/>
      </w:r>
    </w:p>
  </w:footnote>
  <w:footnote w:type="continuationSeparator" w:id="0">
    <w:p w14:paraId="547FAB65" w14:textId="77777777" w:rsidR="00760F12" w:rsidRDefault="00760F12" w:rsidP="00871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968D8" w14:textId="77777777" w:rsidR="0087198A" w:rsidRDefault="0087198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7C873" w14:textId="0C3489AA" w:rsidR="0087198A" w:rsidRPr="0087198A" w:rsidRDefault="0087198A" w:rsidP="0087198A">
    <w:pPr>
      <w:pStyle w:val="Cabealho"/>
      <w:jc w:val="center"/>
      <w:rPr>
        <w:b/>
        <w:bCs/>
      </w:rPr>
    </w:pPr>
    <w:r w:rsidRPr="0087198A">
      <w:rPr>
        <w:b/>
        <w:bCs/>
      </w:rPr>
      <w:t>CONSELHO MUNICIPAL DE ASSISTÊNCIA SOCIAL DE GRACCHO CARDOSO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10FF5" w14:textId="77777777" w:rsidR="0087198A" w:rsidRDefault="0087198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6634510">
    <w:abstractNumId w:val="8"/>
  </w:num>
  <w:num w:numId="2" w16cid:durableId="25061080">
    <w:abstractNumId w:val="6"/>
  </w:num>
  <w:num w:numId="3" w16cid:durableId="771359397">
    <w:abstractNumId w:val="5"/>
  </w:num>
  <w:num w:numId="4" w16cid:durableId="1729378150">
    <w:abstractNumId w:val="4"/>
  </w:num>
  <w:num w:numId="5" w16cid:durableId="345643403">
    <w:abstractNumId w:val="7"/>
  </w:num>
  <w:num w:numId="6" w16cid:durableId="1366979814">
    <w:abstractNumId w:val="3"/>
  </w:num>
  <w:num w:numId="7" w16cid:durableId="314603546">
    <w:abstractNumId w:val="2"/>
  </w:num>
  <w:num w:numId="8" w16cid:durableId="554854634">
    <w:abstractNumId w:val="1"/>
  </w:num>
  <w:num w:numId="9" w16cid:durableId="1973898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D208E"/>
    <w:rsid w:val="00760F12"/>
    <w:rsid w:val="0087198A"/>
    <w:rsid w:val="00AA1D8D"/>
    <w:rsid w:val="00B47730"/>
    <w:rsid w:val="00CB0664"/>
    <w:rsid w:val="00EE1E4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E915DF"/>
  <w14:defaultImageDpi w14:val="300"/>
  <w15:docId w15:val="{C3A9DCED-60A0-4030-A1D7-9446C3CC4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Office</cp:lastModifiedBy>
  <cp:revision>3</cp:revision>
  <dcterms:created xsi:type="dcterms:W3CDTF">2013-12-23T23:15:00Z</dcterms:created>
  <dcterms:modified xsi:type="dcterms:W3CDTF">2026-07-04T00:40:00Z</dcterms:modified>
  <cp:category/>
</cp:coreProperties>
</file>